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13:00-14:00 Improteatteri - Improholistit</w:t>
      </w:r>
    </w:p>
    <w:p>
      <w:r>
        <w:t>Tervetuloa viihtymään joensuulaisen Improteatteri-ryhmän esitykseen, jossa mitään ei ole etukäteen käsikirjoitettu.</w:t>
      </w:r>
    </w:p>
    <w:p>
      <w:r>
        <w:t>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