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19:00-21:00 Kesäillan teatteria Linkkumyllyssä ” Sanat varisevat helminä sydämelle - kirjailija Volter Kilven tarina”</w:t>
      </w:r>
    </w:p>
    <w:p>
      <w:r>
        <w:t xml:space="preserve">Palkittu näyttelijä Tuukka Vasama esittää kirjailija Volter Kilven tarinan Linkkumyllyn myllytuvassa. </w:t>
      </w:r>
    </w:p>
    <w:p>
      <w:r>
        <w:t>30€ teatterilippu</w:t>
        <w:br/>
        <w:t>10€ ja 15€ Väliaikatarjoilut: tarkemmat tiedot nettikaupassa.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