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18:00-19:30 Runon ja suven päivän konsertti – Musiikillinen matka suomalaiseen runouteen</w:t>
      </w:r>
    </w:p>
    <w:p>
      <w:r>
        <w:t xml:space="preserve">Tule juhlistamaan kansallisrunoilijamme Eino Leinon syntymäpäivää ja runon ja suven päivää musiikin ja lyriikan siivin! </w:t>
      </w:r>
    </w:p>
    <w:p>
      <w:r>
        <w:t>20 € Liput ovelta ennen konserttia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