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>10:30-17:00 MäVi P9 Säbäkipinä-kotiturnaus</w:t>
      </w:r>
    </w:p>
    <w:p>
      <w:r>
        <w:t>2016-2017 syntyneet MäVin säbäjunnut pelaavat Säbäkipinä-turnauksen Kisalan Mäntyareenalla.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