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15:00-17:00 LOPPUUNMYYTY: Einö Grön konsertti, Ikäystävällinen kunta</w:t>
      </w:r>
    </w:p>
    <w:p>
      <w:r>
        <w:t>Ke 12.3.2025 juhlistamme Suomen ikäystävällisintä kuntaa, Mäntyharjua! 💜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