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13:00-13:20 Kuuma Kollektiivi: Tanssiva tuliteatteri</w:t>
      </w:r>
    </w:p>
    <w:p>
      <w:r>
        <w:t>Tulikarkelot on koko perheelle suunnattu tanssia ja teatteria yhdistävä tulitaide-esitys</w:t>
        <w:br/>
        <w:br/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