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18:00-19:45 Lapsi- ja nuorisoteatteri: Peter Pan 🏴‍☠️</w:t>
      </w:r>
    </w:p>
    <w:p>
      <w:r>
        <w:t>PETER PAN. \\\"Satu aikuistumisesta, rohkeudesta sekä pojasta, joka ei tahtonut kasvaa isoksi.\\\"</w:t>
        <w:br/>
        <w:br/>
      </w:r>
    </w:p>
    <w:p>
      <w:r>
        <w:t xml:space="preserve">10 €, lipunmyynti paikan päällä puoli tuntia ennen näytöksen alkua.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