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K-kaupan edusta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10:00-13:00 Tule ja tapaa Mäntyharjun Puolueisiin Sitoutumattomien ehdokkaita klo 10-13, Pertunmaan K-kaupan edusta</w:t>
      </w:r>
    </w:p>
    <w:p>
      <w:r>
        <w:t>Tule tapaamaan Sitoutumattomien Kuntavaalit 2025 -ehdokkaita!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