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Kuutinlahti, Repovesi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16:00-18:00 Kuutinlahden konsertti 27.7.2025</w:t>
      </w:r>
    </w:p>
    <w:p>
      <w:r>
        <w:t>Kuutinlahdella Repovedellä luonnonkatsomossa on jo yli 20 v järjestetty ulkoilmakonsertteja.</w:t>
      </w:r>
    </w:p>
    <w:p>
      <w:r>
        <w:t>Lipun hinta 35€, sisältää väliaikakahvit</w:t>
        <w:br/>
        <w:t>Bussikyyti 15€ meno-paluu</w:t>
        <w:br/>
        <w:t>Venelippu 25€/hlö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