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lähikirjasto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16:30-17:15 Pertun Laulajat- kuoro &amp; musiikkiyhtye Farmers/musiikkitilaisuus</w:t>
      </w:r>
    </w:p>
    <w:p>
      <w:r>
        <w:t>Musiikkihetki/Gospel kappaleita ja vanhaa iskelmää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