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09:40-15:00 Tanssi cup 3 ja Gym for life -tapahtuma</w:t>
      </w:r>
    </w:p>
    <w:p>
      <w:r>
        <w:t xml:space="preserve">MäVi Voimistelu- ja tanssijaosto järjestää kaksi Voimisteluliiton tapahtumaa 22.-23.3.2025. </w:t>
      </w:r>
    </w:p>
    <w:p>
      <w:r>
        <w:t>Pääsyliput myydään Monitoimihalli Kisalan aulasta kisakanslian läheisyydestä.</w:t>
        <w:br/>
        <w:br/>
        <w:t>Lippujen hinnat:</w:t>
        <w:br/>
        <w:t xml:space="preserve">Tanssi Cup, la 22.3.2025 </w:t>
        <w:br/>
        <w:t>* Aikuiset (yli 16 v.) 10 €</w:t>
        <w:br/>
        <w:t>* Alle 16 v. 0 €</w:t>
        <w:br/>
        <w:br/>
        <w:t>Gym for life, su 23.3.2025</w:t>
        <w:br/>
        <w:t xml:space="preserve">* Aikuiset (yli 16 v.) 5 € </w:t>
        <w:br/>
        <w:t>* Alle 16 v. 0 €</w:t>
        <w:br/>
        <w:br/>
        <w:t>Viikonlopun yhteislippu (la Tanssi Cup + su Gym For Life) 13 €</w:t>
        <w:br/>
        <w:br/>
        <w:t>Maksutapoina kortti, käteinen tai MobilePay.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