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13:00-14:15 Salmelan avajaiskonsertti: Kaartin soittokunta ja Marika Hölttä</w:t>
      </w:r>
    </w:p>
    <w:p>
      <w:r>
        <w:t>Tasavallan presidentin edustusorkesteri, Kaartin soittokunta, on musiikillaan nostattanut tunnelmaa jo yli 200 vuoden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