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>18:00-20:00 Salmelan konsertti: Pauli Hanhiniemen Perunateatteri</w:t>
      </w:r>
    </w:p>
    <w:p>
      <w:r>
        <w:t>Pauli Hanhiniemen Perunateatteri toimi vuosina 1994–2005 ja tekee nyt paluun!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