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18:00-20:00 Salmelan konsertti: Pepe Willberg &amp; Marika Krook - Romanttinen ilta</w:t>
      </w:r>
    </w:p>
    <w:p>
      <w:r>
        <w:t>Romanttinen ilta -konsertissa kuullaan ikivihreitä elokuva- ja musikaalisävelmiä sekä kauniita balladeja yhdessä ja erikseen esitettyinä.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