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18:00-20:00 Salmelan konsertti: SF-Blues</w:t>
      </w:r>
    </w:p>
    <w:p>
      <w:r>
        <w:t>SF-Blues on ollut suomalaisen blues- ja roots-musiikin kulmakivi jo vuosikymmenien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