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18:00-20:00 Salmelan konsertti: Alvi’s Dixie Stompers &amp; New Orleans Stompers – maailman iloisinta musiikkia!</w:t>
      </w:r>
    </w:p>
    <w:p>
      <w:r>
        <w:t>Tule kuulemaan maailman iloisinta musiikkia kahden huippuluokan perinnejazzkokoonpanon tulkitsemana!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