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18:00-20:00 Salmelan konsertti: Juha Tapio</w:t>
      </w:r>
    </w:p>
    <w:p>
      <w:r>
        <w:t>Juha Tapio upean livebändinsä kanssa ensi kertaa Salmelassa!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