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18:00-20:00 Salmelan konsertti: Seminaarimäen mieslaulajat</w:t>
      </w:r>
    </w:p>
    <w:p>
      <w:r>
        <w:t>Musiikkimaailman outolintu, valloittavan omalaatuisista live-esiintymisistään tunnettu Seminaarinmäen mieslaulajat.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