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19:00-21:00 Laulaja-lauluntekijä Jean Ramsay Salmelan festivaalipaviljongissa - vapaa pääsy</w:t>
      </w:r>
    </w:p>
    <w:p>
      <w:r>
        <w:t>Laulaja-lauluntekijä Jean Ramsay esiintyy, paviljonki auki klo 21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