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18:00-21:00 Taidekeskus Salmelan kesäinen yhteislauluilta</w:t>
      </w:r>
    </w:p>
    <w:p>
      <w:r>
        <w:t>Kesäinen yhteislauluilta Hanna Hoikkalan johdolla, paviljonki auki klo 21 asti.</w:t>
        <w:br/>
        <w:br/>
        <w:br/>
        <w:br/>
        <w:t>Lisätietoja:https://taidekeskussalmela.fi/festivaalipaviljonki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