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14:00-15:00 Adalminan Helmi (Teatteritie) KULTTUURISALISSA</w:t>
      </w:r>
    </w:p>
    <w:p>
      <w:r>
        <w:t>Olipa kerran kuningas ja kuningatar, joilla oli pieni tyttö, Adalmina.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