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Onnentaiston piha-alue, Oravatie 1, Kuortti</w:t>
      </w:r>
    </w:p>
    <w:p>
      <w:r>
        <w:t>27.7.2025 sunnuntai</w:t>
      </w:r>
    </w:p>
    <w:p>
      <w:pPr>
        <w:pStyle w:val="Heading1"/>
      </w:pPr>
      <w:r>
        <w:t>27.7.2025 sunnuntai</w:t>
      </w:r>
    </w:p>
    <w:p>
      <w:pPr>
        <w:pStyle w:val="Heading2"/>
      </w:pPr>
      <w:r>
        <w:t>10:00-16:00 Pertunmaan kaikkien rotujen pentunäyttely</w:t>
      </w:r>
    </w:p>
    <w:p>
      <w:r>
        <w:t xml:space="preserve">Kaikkien rotujen pentunäyttelyyn voivat osallistua rekisteröidyt 5-9kk vanhat koiranpennut ja ne arvostellaan roduittain. </w:t>
      </w:r>
    </w:p>
    <w:p>
      <w:r>
        <w:t xml:space="preserve">Ei pääsymaksua. Ei pysäköintimaksua. Osallistuvat koirat ilmoittautuvat etukäteen näyttelyn ilmoittautumisohjelman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