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Kuortin Kisahalli, Vanhatie 209</w:t>
      </w:r>
    </w:p>
    <w:p>
      <w:r>
        <w:t>19.7.2025 lauantai</w:t>
      </w:r>
    </w:p>
    <w:p>
      <w:pPr>
        <w:pStyle w:val="Heading1"/>
      </w:pPr>
      <w:r>
        <w:t>19.7.2025 lauantai</w:t>
      </w:r>
    </w:p>
    <w:p>
      <w:pPr>
        <w:pStyle w:val="Heading2"/>
      </w:pPr>
      <w:r>
        <w:t>19:00-23:59 Kuortin kyläyhdistyksen Pässi-iltamat</w:t>
      </w:r>
    </w:p>
    <w:p>
      <w:r>
        <w:t>Tervetuloa Kaikki laulaa Kuortissa iltaan! Musiikki-ilta on saanut innoituksensa suuren suosion saaneesta Allsång på Skansen ohjelmasta.</w:t>
      </w:r>
    </w:p>
    <w:p>
      <w:r>
        <w:t>20 euroa/hlö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