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12:00-17:00 Avoimet ovet ylämaankarjatilalla, Mäntyharju</w:t>
      </w:r>
    </w:p>
    <w:p>
      <w:r>
        <w:t>Kesän 2025 huipputapahtuma, jossa kohtaat ylämaankarjaa läheltä ja tapaat tuttuja ja voit ostaa lähiruokaa sekä monia muita tuotteita!</w:t>
      </w:r>
    </w:p>
    <w:p>
      <w:r>
        <w:t>- VAPAA PÄÄSY -</w:t>
        <w:br/>
        <w:t>Haikkusafari maksullinen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