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00:00-23:59 Woikoski Feeling Enduro 2025</w:t>
      </w:r>
    </w:p>
    <w:p>
      <w:r>
        <w:t>Woikoski Feeling Enduro 2025 ajetaan lauantaina 23.8.2025 WHD Gårdin upeissa maisemissa Nurmaalla.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