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24.10.2025 perjantai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17:00-22:00 Järvi-Suomen Mestarit karaokelaulukilpailu</w:t>
      </w:r>
    </w:p>
    <w:p>
      <w:r>
        <w:t>Kaikille avoin karaokelaulukilpailu.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