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Partsimaan VPK:n talo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12:00-14:30 Kesäkahinat</w:t>
      </w:r>
    </w:p>
    <w:p>
      <w:r>
        <w:t>Tervetuloa koko perheen kesätapahtumaan Käävänkylään (Partsimaan VPK:n talo, Valtolantie 2571, Mäntyharju)!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