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Taproom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10:00-23:55 Nilkko Fest</w:t>
      </w:r>
    </w:p>
    <w:p>
      <w:r>
        <w:t>Jo perinteeksi muodostunut Nilkko Fest järjestetään tänäkin kesänä ASKELen kenkätehtaan pihalla Nilkko Taproomin edessä 26.7.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