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Toivolan jalkapallokenttä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12:30-15:00 Toivola-Nironkylä-jalkapallo-ottelu</w:t>
      </w:r>
    </w:p>
    <w:p>
      <w:r>
        <w:t>Perinteikäs Toivola-Nironkylä-jalkapallo-ottelu Toivolan jalkapallokentällä.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