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10:00-12:00 Kässäkahvila yhteistyössä Mäntyharjun Marttojen kanssa / Timanttimaalaus</w:t>
      </w:r>
    </w:p>
    <w:p>
      <w:r>
        <w:t>Timanttimaalaus on rentouttava ja palkitseva harrastus, aikaisempaa kokemusta et tarvitse.</w:t>
        <w:br/>
        <w:br/>
      </w:r>
    </w:p>
    <w:p>
      <w:r>
        <w:t>10 euroa, lipun voi ostaa verkkokaupasta tai Makasiinilta etukäteen.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