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Kurkilahden venelaituri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11:00-16:30 Veneristeilyt Miekankoskelle, Taidekeskus Salmelaan ja Puukonvuorelle</w:t>
      </w:r>
    </w:p>
    <w:p>
      <w:r>
        <w:t>Vene liikennöi keskiviikkoisin ja torstaisin 31.7.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