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lava, Lavakuja 40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15:00-19:00 Päivätanssit Voikosken lavalla</w:t>
      </w:r>
    </w:p>
    <w:p>
      <w:r>
        <w:t>Lavatanssit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