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10:00-19:00 Kaakkois-Suomen alueen salibandyn haastajasarjan lopputurnaus</w:t>
      </w:r>
    </w:p>
    <w:p>
      <w:r>
        <w:t>Kisalassa pelataan Kaakkois-Suomen haastajasarjan lopputurnaus P11-sarjassa.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