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18:00-21:00 Esa Eloranta konsertti Makasiinilla</w:t>
      </w:r>
    </w:p>
    <w:p>
      <w:r>
        <w:t xml:space="preserve">Esa Eloranta on vieraillut Makasiinilla joka kesä! Hyvä perinne jatkuu ja Esa tulee Makasiinille seitsemännen kerran! </w:t>
      </w:r>
    </w:p>
    <w:p>
      <w:r>
        <w:t>Lippu 10€. Osta lippu verkkokaupasta.Mikäli paikkoja jää, lippuja myydään myös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