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Kahvila, Asematie 10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18:00-20:00 Tapiola Sinfoniettan huippusoittajat konsertoivat Makasiinilla!</w:t>
      </w:r>
    </w:p>
    <w:p>
      <w:r>
        <w:t>Timo Holopainen, Ulla Soinne ja Riitta Pesola ovat klassisen musiikin pitkänlinjan ammattilaisia.</w:t>
      </w:r>
    </w:p>
    <w:p>
      <w:r>
        <w:t>Lippu 10€, lipun voi varata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