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10.5.2025 lauantai</w:t>
      </w:r>
    </w:p>
    <w:p>
      <w:pPr>
        <w:pStyle w:val="Heading1"/>
      </w:pPr>
      <w:r>
        <w:t>10.5.2025 lauantai</w:t>
      </w:r>
    </w:p>
    <w:p>
      <w:pPr>
        <w:pStyle w:val="Heading2"/>
      </w:pPr>
      <w:r>
        <w:t>13:00-18:30 Elämä kantaa -kevätnäytös</w:t>
      </w:r>
    </w:p>
    <w:p>
      <w:r>
        <w:t>MäVi Voimistelu- ja tanssijaoston kevätnäytös 2025 - Elämä kantaa.</w:t>
        <w:br/>
        <w:br/>
      </w:r>
    </w:p>
    <w:p>
      <w:r>
        <w:t>10 €, alle 7 v. maksutta.</w:t>
        <w:br/>
        <w:br/>
        <w:t>Maksutapoina: pankkikortti, Mobilepay, Epassi, Edenred, Smartum ja käteinen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