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14:00-16:45 🎭 Senioriteatteri: Hotelli Humina</w:t>
      </w:r>
    </w:p>
    <w:p>
      <w:r>
        <w:t>Täyttä hulinaa Hotelli Huminassa!</w:t>
      </w:r>
    </w:p>
    <w:p>
      <w:r>
        <w:t>Peruslippu 20 € / Ryhmälippu (min. 10 hlö) 18 €</w:t>
        <w:br/>
        <w:t>Liput &amp; ryhmävaraukset: senioriteatteri.mantyharju@gmail.com tai puh. 044 240 7046</w:t>
        <w:br/>
        <w:t>Maksu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