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16:00-17:30 Iskelmäklassikoita vuosien varrelta Makasiinin Puoti &amp; Kahvilassa</w:t>
      </w:r>
    </w:p>
    <w:p>
      <w:r>
        <w:t>Tule kuuntelemaan tunnelmalliselle Makasiinille kolmen MURU Ry:n laulajan tulkitsemana iskelmäklassikoita vuosien varrelta.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