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11:00-13:00 Lettukestit</w:t>
      </w:r>
    </w:p>
    <w:p>
      <w:r>
        <w:t>Lettukestit Mäntyharjun Torilla kesänavajaisten kunniaksi!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