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Makasiinin Puoti &amp; Kahvila, Asematie 10</w:t>
      </w:r>
    </w:p>
    <w:p>
      <w:r>
        <w:t>6.6.2025 perjantai</w:t>
      </w:r>
    </w:p>
    <w:p>
      <w:pPr>
        <w:pStyle w:val="Heading1"/>
      </w:pPr>
      <w:r>
        <w:t>6.6.2025 perjantai</w:t>
      </w:r>
    </w:p>
    <w:p>
      <w:pPr>
        <w:pStyle w:val="Heading2"/>
      </w:pPr>
      <w:r>
        <w:t>15:00-17:00 Viisi solistia konsertoi Makasiinilla! Vapaa pääsy.</w:t>
      </w:r>
    </w:p>
    <w:p>
      <w:r>
        <w:t xml:space="preserve">Tule kuuntelemaan Makasiinille iskelmää, poppia vanhaa tanssimusiikkia, ikivihreitä, klassikoita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