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19:00-23:00 Nurmaan lavan lavatanssit, Tomi Markkola &amp; Kipinä</w:t>
      </w:r>
    </w:p>
    <w:p>
      <w:r>
        <w:t xml:space="preserve">Perinteiset lavatanssit, joita tahdittaa suosittu Tomi Markkola &amp; Kipinä - orkesteri. </w:t>
      </w:r>
    </w:p>
    <w:p>
      <w:r>
        <w:t xml:space="preserve">20 €/hlö. Pankkikortti, käteinen, mobilepay tai kulttuuriseteli.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