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11:00-13:00 Pop up -kahvila Esson Baarissa</w:t>
      </w:r>
    </w:p>
    <w:p>
      <w:r>
        <w:t>Tule vaikka päiväkahville WHD Gårdille Esson Baariin.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