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hevosurheilukeskus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12:00-15:00 Kepparikisat</w:t>
      </w:r>
    </w:p>
    <w:p>
      <w:r>
        <w:t xml:space="preserve">Mäntyharjun Ratsastajat ry järjestää kepparikisat MRA-kentällä Mäntyharjun Hevosurheilukeskuksella helatorstaina 29.5.2025 klo 12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