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Valtolan urheilukenttä, Valtolantie 2220, 52890 Käävänkylä</w:t>
      </w:r>
    </w:p>
    <w:p>
      <w:r>
        <w:t>31.7.2025 torstai</w:t>
      </w:r>
    </w:p>
    <w:p>
      <w:pPr>
        <w:pStyle w:val="Heading1"/>
      </w:pPr>
      <w:r>
        <w:t>31.7.2025 torstai</w:t>
      </w:r>
    </w:p>
    <w:p>
      <w:pPr>
        <w:pStyle w:val="Heading2"/>
      </w:pPr>
      <w:r>
        <w:t>18:00-19:00 Pyöräily: Partsimaan ympäriajo</w:t>
      </w:r>
    </w:p>
    <w:p>
      <w:r>
        <w:t>Tervetuloa mukaan pyöräilemään Partsimaan järven ympäri to 31.7. klo 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