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15:00-17:00 Pertunmaa - Syntipukki näytelmä</w:t>
      </w:r>
    </w:p>
    <w:p>
      <w:r>
        <w:t xml:space="preserve">Klassikkonäytelmä uutena versiona </w:t>
      </w:r>
    </w:p>
    <w:p>
      <w:r>
        <w:t>Nettilippu.fi 18€, ovelta käteisellä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