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Pertunmaan nuorisotalo</w:t>
      </w:r>
    </w:p>
    <w:p>
      <w:r>
        <w:t>30.4.2025 keskiviikko</w:t>
      </w:r>
    </w:p>
    <w:p>
      <w:pPr>
        <w:pStyle w:val="Heading1"/>
      </w:pPr>
      <w:r>
        <w:t>30.4.2025 keskiviikko</w:t>
      </w:r>
    </w:p>
    <w:p>
      <w:pPr>
        <w:pStyle w:val="Heading2"/>
      </w:pPr>
      <w:r>
        <w:t>18:00-20:00 Pertunmaa - Syntipukki-näytelmä</w:t>
      </w:r>
    </w:p>
    <w:p>
      <w:r>
        <w:t>Syntipukki- näytelmä</w:t>
      </w:r>
    </w:p>
    <w:p>
      <w:r>
        <w:t>Nettilippu.fi 18€ ja ovelta käteisellä 20€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