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Repovesi</w:t>
      </w:r>
    </w:p>
    <w:p>
      <w:r>
        <w:t>9.8.2025 lauantai</w:t>
      </w:r>
    </w:p>
    <w:p>
      <w:pPr>
        <w:pStyle w:val="Heading1"/>
      </w:pPr>
      <w:r>
        <w:t>9.8.2025-10.8.2025</w:t>
      </w:r>
    </w:p>
    <w:p>
      <w:pPr>
        <w:pStyle w:val="Heading2"/>
      </w:pPr>
      <w:r>
        <w:t>09:00-16:00 Polkujuoksutapahtuma Repovesi - Mäntyharju 9.-10.8.2025</w:t>
      </w:r>
    </w:p>
    <w:p>
      <w:r>
        <w:t xml:space="preserve">Repoveden kansallispuisto on monen luontoliikkujan jylhä suosikki. </w:t>
        <w:br/>
        <w:br/>
        <w:t xml:space="preserve">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