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17:00-18:15 Ilon siivillä ja sydänjuurilla -Runollinen sointukylpy</w:t>
      </w:r>
    </w:p>
    <w:p>
      <w:r>
        <w:t>Rauhoitu kiireen keskellä IIon siivillä ja sydänjuurilla-runollisessa sointukylvyssä.</w:t>
        <w:br/>
        <w:br/>
      </w:r>
    </w:p>
    <w:p>
      <w:r>
        <w:t xml:space="preserve">Maksu 28€. </w:t>
        <w:br/>
        <w:t>Osallistujille lähetetään maksutiedot erikseen.</w:t>
        <w:br/>
        <w:br/>
        <w:t>Myös paikan päällä kortilla maksu on mahdollinen.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