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19:00-21:30 Mäntyharjun kesäteatteri: NAISLUOLA S-etukortti näytös</w:t>
      </w:r>
    </w:p>
    <w:p>
      <w:r>
        <w:t>Pilottihanke Naisluola, seniorikoti naisille, jotka haluavat viettää loppuelämänsä ilman miehiä.</w:t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