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11.7.2025 perjantai</w:t>
      </w:r>
    </w:p>
    <w:p>
      <w:pPr>
        <w:pStyle w:val="Heading1"/>
      </w:pPr>
      <w:r>
        <w:t>11.7.2025 perjantai</w:t>
      </w:r>
    </w:p>
    <w:p>
      <w:pPr>
        <w:pStyle w:val="Heading2"/>
      </w:pPr>
      <w:r>
        <w:t>19:00-21:30 Mäntyharjun kesäteatteri: NAISLUOLA S-etukortti näytös</w:t>
      </w:r>
    </w:p>
    <w:p>
      <w:r>
        <w:t>Pilottihanke Naisluola, seniorikoti naisille, jotka haluavat viettää loppuelämänsä ilman miehiä.</w:t>
      </w:r>
    </w:p>
    <w:p>
      <w:r>
        <w:t>Liput ennakkoon</w:t>
        <w:br/>
        <w:t>Aikuiset 20 € +Lippu.fi palvelumaksu (2,60€)</w:t>
        <w:br/>
        <w:t>7-12-vuotiaat 8 € +Lippu.fi palvelumaksu (1,60€)</w:t>
        <w:br/>
        <w:br/>
        <w:t>Liput portilta</w:t>
        <w:br/>
        <w:t>Aikuinen 25 €</w:t>
        <w:br/>
        <w:t>7-12-vuotiaat 12 €</w:t>
        <w:br/>
        <w:t>alle 7-vuotiaat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